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– טבע ושפה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האתר ואת נושאי החידות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ניבים, הומופונים ומשחקי מילים בתמונות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פירוק מילים ויצירת חידה חזותית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נושא התמונות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ציפורים, צמחים ומבשרי הסתיו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שלו הוא עוף ושלווה היא תחושת רוגע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לבחור שם של בעל חיים ולפרק אותו לשני חלקים שנשמעים כמו מילים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הרבה נושאים כמו ניבים, מקצועות, אוכל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באתגר של האי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בכל אחת מהתמונות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הנושא כולל גם ציפורים וגם 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אפשרות כזו בכל 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חידון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נושא לדוגמה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(ציפורים, צמחים ומבשרי הסתיו)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(צירופי לשון וביטויים מהשפה)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(מילים הקשורות למאכלים ולבישול)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(שמות של תפקידים ומשלחי 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(מילים מעולם הלימודים וההוראה)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פתרון החידה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הביטו בתמונה ונסו לנחש איזו מילה או ביטוי מוסתר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חשבו על הקשר בין הציור לבין צלילי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לחצו על הכפתור גלו כדי לבדוק את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נסו לשחק בחידון של אותו נושא כדי לתרגל 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יוצרים חידה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לבחור בעל חיים אמיתי, לחלק את שמו לשני צלילים שנשמעים כמילים אחרות, ולהסביר בעל פה את הפירוק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ציור ברור של מקום שקט, עם הסבר קצר שמתאר רוגע ולא עומס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מבין שמדובר בשתי מילים שונות בכתיב ובמשמעות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יודע שיש ללחוץ על הכפתור גלו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מזכיר נושא כמו ניבים, אוכל או מקצועות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תמונה אחת מהאתר ולבקש מהתלמידים לנחש לפני הגילוי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חידת השלו והשלווה בקול כדי להמחיש את ההבדל בצליל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היצירתי אפשר לעבוד בזוגות ולהציג את החידות זה לזה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בתמונות – טבע ושפה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תמונות עם חידות מילים. בכל תמונה יש משהו מוסתר – מילה, ביטוי או אות. צריך לנחש, ואז ללחוץ כדי לגלות את התשובה.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קבוע בשפה שיש לו משמעות מיוחדת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הומופון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שנשמעות דומה אבל כתובות או פירושן שונה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רפה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שנהגית בלי דגש, בלי הטעמה חזקה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של עוף 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רוגע ושקט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חידה חזותית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חידה שמוצגת באמצעות תמונה או ציור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מבשרי הסתיו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בטבע שמראים שהסתיו מתקרב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צירוף לשון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שמשמשת יחד כמשמעות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נושא התמונות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תמונות יש בנושא הטבע?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רואים בתמונות הטבע?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ציפורים, צמחים ומבשרי הסתיו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מכוניות וכבישים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 ואופנה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שלו לשלווה?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 הוא עוף ושלווה היא תחושת רוגע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שלווה היא גם עוף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 הוא צמח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אות מופיעה בחידת הג'ירפה?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צריך לעשות בחידת בעלי החיים?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שם של בעל חיים ולפרק אותו לשני חלקים שנשמעים כמו מילים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רק את בעל החיים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שיר על החיה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לחפש את החיה בחצר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נושא אחד בלבד – טבע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חידת האי עוסקת בהבדל בין המילים שלו ושלווה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חידה יש כפתור גלו שמאפשר לחשוף את התשובה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הטבע עוסק רק בבעלי חיים ולא בצמחים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גם לשחק בחידון בנושא שנבחר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בנושא הטבע מופיעות __________, צמחים ומבשרי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לחשוף את התשובה בחידה יש ללחוץ על הכפתור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__________ מתארת עוף קטן, בעוד המילה שלווה מתארת תחושת רוגע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באחד האתגרים יש לבחור שם של בעל __________ ולפרק אותו לשני 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מלבד גילוי התשובה, אפשר גם לשחק ב__________ בנושא הנבחר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נושא לדוגמה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טבע – בעלי חיים וצמחים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שמות של תפקידים ומשלחי 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ניבים וביטויים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ציפורים, צמחים ומבשרי הסתיו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אוכל ומטבח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צירופי לשון וביטויים מהשפה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מקצועות ועבודה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מילים מעולם הלימודים וההוראה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 ספר ולימודים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מילים הקשורות למאכלים ולבישול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פתרון החידה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חשבו על הקשר בין הציור לבין צלילי המילים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 בתמונה ונסו לנחש איזו מילה או ביטוי מוסתר 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נסו לשחק בחידון של אותו נושא כדי לתרגל עוד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 על הכפתור גלו כדי לבדוק את התשובה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יוצרים חידה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שם של בעל חיים, פרקו אותו לשני חלקים שנשמעים כמו מילים אחרות, וציירו תמונה שמייצגת כל חלק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ציירו את האי של השלווה האמיתי שלכם, והסבירו במשפט אחד מה הופך אותו למקום רגוע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שלו לשלווה?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לעשות כדי לגלות את התשובה בחידה?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לנושא אחד נוסף שמופיע באתר חוץ מטבע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מילים בתמונות – טבע ושפה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