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– טבע ושפה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האתר ואת נושאי החידות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ניבים, הומופונים ומשחקי מילים בתמונות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פירוק מילים ויצירת חידה חזותית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נושא התמונות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ציפורים, צמחים ומבשרי הסתיו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הרבה נושאים כמו ניבים, מקצועות, אוכל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בכל אחת מהתמונות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נושא לדוגמה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(ציפורים, צמחים ומבשרי הסתיו)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(מילים הקשורות למאכלים ולבישול)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(מילים מעולם הלימודים וההוראה)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פתרון החידה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הביטו בתמונה ונסו לנחש איזו מילה או ביטוי מוסתר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לחצו על הכפתור גלו כדי לבדוק את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נסו לשחק בחידון של אותו נושא כדי לתרגל 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יוצרים חידה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לבחור בעל חיים אמיתי, לחלק את שמו לשני צלילים שנשמעים כמילים אחרות, ולהסביר בעל פה את הפירוק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מבין שמדובר בשתי מילים שונות בכתיב ובמשמעות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יודע שיש ללחוץ על הכפתור גלו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מזכיר נושא כמו ניבים, אוכל או מקצועות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תמונה אחת מהאתר ולבקש מהתלמידים לנחש לפני הגילוי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חידת השלו והשלווה בקול כדי להמחיש את ההבדל בצליל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היצירתי אפשר לעבוד בזוגות ולהציג את החידות זה לזה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– טבע ושפה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יש חידות תמונה מנושאים שונים, וביניהם נושא הטבע – בעלי חיים וצמחים. בכל חידה מסתתרת מילה, ביטוי או הבדל בין מילים דומות בצליל, ואפשר לגלות את התשובה או לשחק בחידון.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ציפורים  ·  גלו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נושא התמונות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תמונות יש בנושא טבע – בעלי חיים וצמחים?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מה מבוססות תמונות נושא הטבע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ציפורים, צמחים ומבשרי הסתיו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מכוניות וכבישים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כלי נגינה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באתר יש נושא אחד בלבד – טבע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חידה יש כפתור גלו שמאפשר לחשוף את התשובה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בנושא הטבע מופיעות __________, צמחים ומבשרי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לחשוף את התשובה בחידה יש ללחוץ על הכפתור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נושא לדוגמה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טבע – בעלי חיים וצמחים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מילים הקשורות למאכלים ולבישול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אוכל ומטבח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מילים מעולם הלימודים וההוראה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בית ספר ולימודים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ציפורים, צמחים ומבשרי הסתיו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פתרון החידה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נסו לשחק בחידון של אותו נושא כדי לתרגל עוד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הביטו בתמונה ונסו לנחש איזו מילה או ביטוי מוסתר 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לחצו על הכפתור גלו כדי לבדוק את התשובה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יוצרים חידה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שם של בעל חיים, פרקו אותו לשני חלקים שנשמעים כמו מילים אחרות, וציירו תמונה שמייצגת כל חלק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שלו לשלווה?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צריך לעשות כדי לגלות את התשובה בחידה?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מילים בתמונות – טבע ושפה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